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Описание процессов жизненного цикла</w:t>
      </w:r>
    </w:p>
    <w:p>
      <w:pPr>
        <w:pStyle w:val="ListBullet"/>
      </w:pPr>
      <w:r>
        <w:rPr>
          <w:b/>
        </w:rPr>
        <w:t>Разработка:</w:t>
      </w:r>
      <w:r>
        <w:rPr>
          <w:b w:val="0"/>
        </w:rPr>
        <w:t xml:space="preserve"> ООО «СветИТ», репозиторий Git, ветки и merge request с проверкой кода.</w:t>
      </w:r>
    </w:p>
    <w:p>
      <w:pPr>
        <w:pStyle w:val="ListBullet"/>
      </w:pPr>
      <w:r>
        <w:rPr>
          <w:b/>
        </w:rPr>
        <w:t>Проверки:</w:t>
      </w:r>
      <w:r>
        <w:rPr>
          <w:b w:val="0"/>
        </w:rPr>
        <w:t xml:space="preserve"> автотесты backend (pytest) и frontend, линтер и проверка типов в CI на каждый merge request.</w:t>
      </w:r>
    </w:p>
    <w:p>
      <w:pPr>
        <w:pStyle w:val="ListBullet"/>
      </w:pPr>
      <w:r>
        <w:rPr>
          <w:b/>
        </w:rPr>
        <w:t>Выпуск:</w:t>
      </w:r>
      <w:r>
        <w:rPr>
          <w:b w:val="0"/>
        </w:rPr>
        <w:t xml:space="preserve"> сборка Docker-образов, выкладка на сервер в РФ, проверка /api/health.</w:t>
      </w:r>
    </w:p>
    <w:p>
      <w:pPr>
        <w:pStyle w:val="ListBullet"/>
      </w:pPr>
      <w:r>
        <w:rPr>
          <w:b/>
        </w:rPr>
        <w:t>Сопровождение:</w:t>
      </w:r>
      <w:r>
        <w:rPr>
          <w:b w:val="0"/>
        </w:rPr>
        <w:t xml:space="preserve"> исправление ошибок, обновления зависимостей, мониторинг работы.</w:t>
      </w:r>
    </w:p>
    <w:p>
      <w:pPr>
        <w:pStyle w:val="ListBullet"/>
      </w:pPr>
      <w:r>
        <w:rPr>
          <w:b/>
        </w:rPr>
        <w:t>Поддержка пользователей:</w:t>
      </w:r>
      <w:r>
        <w:rPr>
          <w:b w:val="0"/>
        </w:rPr>
        <w:t xml:space="preserve"> раздел «Поддержка» в сервисе и почта svet.it@bk.ru; срок ответа — [уточнить].</w:t>
      </w:r>
    </w:p>
    <w:p>
      <w:pPr>
        <w:pStyle w:val="ListBullet"/>
      </w:pPr>
      <w:r>
        <w:rPr>
          <w:b/>
        </w:rPr>
        <w:t>Персонал:</w:t>
      </w:r>
      <w:r>
        <w:rPr>
          <w:b w:val="0"/>
        </w:rPr>
        <w:t xml:space="preserve"> разработчики и специалисты поддержки ООО «СветИТ» [число — уточнить].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