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Сведения о программе для заявления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Поле</w:t>
            </w:r>
          </w:p>
        </w:tc>
        <w:tc>
          <w:tcPr>
            <w:tcW w:type="dxa" w:w="4320"/>
          </w:tcPr>
          <w:p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Наименование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Пингани.рф — сервис мониторинга доступности сайтов и API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Версия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0.2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Правообладатель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ООО «СВЕТИТ», ИНН 5032338708, ОГРН 1225000019507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Сайт программы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https://пингани.рф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Сайт правообладателя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https://svetit.mgis.ru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Почта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svet.it@bk.ru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Класс ПО (классификатор Минцифры)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02.13 «Средства мониторинга и управления» [уточнить по актуальному классификатору]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Способ поставки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облачный сервис (SaaS); установка на сервер заказчика по лицензионному договору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Платформа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создана на платформе «Фабрика» ООО «СветИТ»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Свидетельство Роспатента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[номер и дата после регистрации]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